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ACUERDO DE RESCISIÓN DE CONTRATO DE ARRENDAMIENTO POR MUTUO ACUERDO</w:t>
      </w:r>
    </w:p>
    <w:p/>
    <w:p>
      <w:r>
        <w:rPr>
          <w:b/>
          <w:sz w:val="20"/>
        </w:rPr>
        <w:t>REUNIDOS</w:t>
      </w:r>
    </w:p>
    <w:p>
      <w:r>
        <w:rPr>
          <w:b w:val="0"/>
          <w:sz w:val="20"/>
        </w:rPr>
        <w:t>De una parte, D./Dña. ____________________________________________________________, mayor de edad, con DNI/NIE número ________________, y domicilio en ______________________________________________________, en calidad de ARRENDADOR.</w:t>
      </w:r>
    </w:p>
    <w:p>
      <w:r>
        <w:rPr>
          <w:b w:val="0"/>
          <w:sz w:val="20"/>
        </w:rPr>
        <w:t>De otra parte, D./Dña. ____________________________________________________________, mayor de edad, con DNI/NIE número ________________, y domicilio en ______________________________________________________, en calidad de ARRENDATARIO.</w:t>
      </w:r>
    </w:p>
    <w:p/>
    <w:p>
      <w:r>
        <w:rPr>
          <w:b/>
          <w:sz w:val="20"/>
        </w:rPr>
        <w:t>EXPONEN</w:t>
      </w:r>
    </w:p>
    <w:p>
      <w:r>
        <w:rPr>
          <w:b w:val="0"/>
          <w:sz w:val="20"/>
        </w:rPr>
        <w:t>I.- Que con fecha ________________ las partes suscribieron un contrato de arrendamiento sobre la vivienda situada en ____________________________________________________________, inscrita en el Registro de la Propiedad, que ha venido rigiendo las relaciones arrendaticias entre ambas partes hasta la fecha.</w:t>
      </w:r>
    </w:p>
    <w:p>
      <w:r>
        <w:rPr>
          <w:b w:val="0"/>
          <w:sz w:val="20"/>
        </w:rPr>
        <w:t>II.- Que, por razones de mutuo acuerdo, ambas partes han decidido resolver y dar por terminado el contrato de arrendamiento mencionado, poniéndole fin de manera amistosa y sin que ninguna de las partes tenga nada más que reclamarse por ningún concepto derivado del citado contrato.</w:t>
      </w:r>
    </w:p>
    <w:p/>
    <w:p>
      <w:r>
        <w:rPr>
          <w:b/>
          <w:sz w:val="20"/>
        </w:rPr>
        <w:t>ACUERDAN</w:t>
      </w:r>
    </w:p>
    <w:p>
      <w:r>
        <w:rPr>
          <w:b w:val="0"/>
          <w:sz w:val="20"/>
        </w:rPr>
        <w:t>PRIMERO.- Ambas partes acuerdan rescindir el contrato de arrendamiento suscrito en fecha ________________, respecto de la vivienda sita en ____________________________________________________________.</w:t>
      </w:r>
    </w:p>
    <w:p>
      <w:r>
        <w:rPr>
          <w:b w:val="0"/>
          <w:sz w:val="20"/>
        </w:rPr>
        <w:t>SEGUNDO.- El arrendatario entregará la posesión de la vivienda al arrendador en la fecha de firma del presente acuerdo, devolviendo las llaves y dejándola libre de personas y en el mismo estado de conservación en el que la recibió, salvo los desperfectos derivados del uso ordinario.</w:t>
      </w:r>
    </w:p>
    <w:p>
      <w:r>
        <w:rPr>
          <w:b w:val="0"/>
          <w:sz w:val="20"/>
        </w:rPr>
        <w:t>TERCERO.- El arrendador manifiesta haber recibido de conformidad la vivienda y las llaves, no teniendo nada que reclamar al arrendatario por razón del estado de la vivienda, rentas, suministros u otros conceptos.</w:t>
      </w:r>
    </w:p>
    <w:p>
      <w:r>
        <w:rPr>
          <w:b w:val="0"/>
          <w:sz w:val="20"/>
        </w:rPr>
        <w:t>CUARTO.- Ambas partes se otorgan mutuamente el más amplio finiquito, declarando estar completamente saldadas y finiquitadas entre sí por todos los conceptos derivados del contrato de arrendamiento rescindido, renunciando a cualquier acción o reclamación futura respecto al mismo.</w:t>
      </w:r>
    </w:p>
    <w:p>
      <w:r>
        <w:rPr>
          <w:b w:val="0"/>
          <w:sz w:val="20"/>
        </w:rPr>
        <w:t>QUINTO.- Si existiera fianza, el arrendador procederá a su devolución en el momento de la firma del presente documento, salvo las cantidades que deban deducirse en concepto de daños o impagos debidamente justificados, que se señalan a continuación: ____________________________________________________________.</w:t>
      </w:r>
    </w:p>
    <w:p>
      <w:r>
        <w:rPr>
          <w:b w:val="0"/>
          <w:sz w:val="20"/>
        </w:rPr>
        <w:t>SEXTO.- El presente acuerdo se firma por duplicado ejemplar, quedando un original en poder de cada una de las partes.</w:t>
      </w:r>
    </w:p>
    <w:p/>
    <w:p>
      <w:r>
        <w:rPr>
          <w:b w:val="0"/>
          <w:sz w:val="20"/>
        </w:rPr>
        <w:t>Y para que así conste, firman el presente acuerdo en el lugar y fecha indicados.</w:t>
      </w:r>
    </w:p>
    <w:p/>
    <w:p/>
    <w:p/>
    <w:p>
      <w:r>
        <w:rPr>
          <w:b/>
          <w:sz w:val="20"/>
        </w:rPr>
        <w:t>EL ARRENDADOR</w:t>
      </w:r>
    </w:p>
    <w:p>
      <w:r>
        <w:rPr>
          <w:b w:val="0"/>
          <w:sz w:val="20"/>
        </w:rPr>
        <w:t>Firma: ____________________________</w:t>
      </w:r>
    </w:p>
    <w:p/>
    <w:p/>
    <w:p>
      <w:r>
        <w:rPr>
          <w:b/>
          <w:sz w:val="20"/>
        </w:rPr>
        <w:t>EL ARRENDATARIO</w:t>
      </w:r>
    </w:p>
    <w:p>
      <w:r>
        <w:rPr>
          <w:b w:val="0"/>
          <w:sz w:val="20"/>
        </w:rPr>
        <w:t>Firma: ____________________________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https://experto-renuncias.com/rescision-contrato-alquiler-mutuo-acuerdo/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https://experto-renuncias.com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experto-renuncias.com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nuncias.com/rescision-contrato-alquiler-mutuo-acuerdo/" TargetMode="External"/><Relationship Id="rId10" Type="http://schemas.openxmlformats.org/officeDocument/2006/relationships/hyperlink" Target="https://experto-renuncia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