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COMUNICACIÓN DE RESCISIÓN DE CONTRATO DE ARRENDAMIENTO DE LOCAL DE NEGOCIO</w:t>
      </w:r>
    </w:p>
    <w:p/>
    <w:p>
      <w:r>
        <w:rPr>
          <w:b w:val="0"/>
          <w:sz w:val="20"/>
        </w:rPr>
        <w:t>ARRENDADOR:</w:t>
      </w:r>
    </w:p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/>
    <w:p>
      <w:r>
        <w:rPr>
          <w:b w:val="0"/>
          <w:sz w:val="20"/>
        </w:rPr>
        <w:t>ARRENDATARIO:</w:t>
      </w:r>
    </w:p>
    <w:p>
      <w:r>
        <w:rPr>
          <w:b w:val="0"/>
          <w:sz w:val="20"/>
        </w:rPr>
        <w:t>D./Dña.: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/>
    <w:p>
      <w:r>
        <w:rPr>
          <w:b/>
          <w:sz w:val="20"/>
        </w:rPr>
        <w:t>REFERENCIA CONTRATO DE ARRENDAMIENTO DE LOCAL</w:t>
      </w:r>
    </w:p>
    <w:p>
      <w:r>
        <w:rPr>
          <w:b w:val="0"/>
          <w:sz w:val="20"/>
        </w:rPr>
        <w:t>Dirección del local arrendado: ____________________________________________________</w:t>
      </w:r>
    </w:p>
    <w:p>
      <w:r>
        <w:rPr>
          <w:b w:val="0"/>
          <w:sz w:val="20"/>
        </w:rPr>
        <w:t>Fecha de inicio del contrato: _____________________________</w:t>
      </w:r>
    </w:p>
    <w:p>
      <w:r>
        <w:rPr>
          <w:b w:val="0"/>
          <w:sz w:val="20"/>
        </w:rPr>
        <w:t>Duración pactada: _____________________________</w:t>
      </w:r>
    </w:p>
    <w:p/>
    <w:p>
      <w:r>
        <w:rPr>
          <w:b w:val="0"/>
          <w:sz w:val="20"/>
        </w:rPr>
        <w:t>Muy Sr./Sra. mío/a:</w:t>
      </w:r>
    </w:p>
    <w:p>
      <w:r>
        <w:rPr>
          <w:b w:val="0"/>
          <w:sz w:val="20"/>
        </w:rPr>
        <w:t>Por la presente, le comunico mi voluntad de resolver y dar por terminado el contrato de arrendamiento de local de negocio suscrito entre ambas partes, relativo al inmueble arriba referido.</w:t>
      </w:r>
    </w:p>
    <w:p>
      <w:r>
        <w:rPr>
          <w:b w:val="0"/>
          <w:sz w:val="20"/>
        </w:rPr>
        <w:t>La presente comunicación se realiza conforme a lo dispuesto en el contrato de arrendamiento y a la legislación vigente.</w:t>
      </w:r>
    </w:p>
    <w:p>
      <w:r>
        <w:rPr>
          <w:b w:val="0"/>
          <w:sz w:val="20"/>
        </w:rPr>
        <w:t>La rescisión surtirá efecto a partir de la fecha de entrega de llaves y desocupación efectiva del local, poniéndolo a disposición del arrendador en el estado en que fue recibido, salvo el desgaste por el uso ordinario.</w:t>
      </w:r>
    </w:p>
    <w:p>
      <w:r>
        <w:rPr>
          <w:b w:val="0"/>
          <w:sz w:val="20"/>
        </w:rPr>
        <w:t>Se solicita a la parte arrendadora la devolución de la fianza entregada en su día, así como de las cantidades que, en su caso, correspondan.</w:t>
      </w:r>
    </w:p>
    <w:p/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tenga por recibida la presente comunicación, proceda a la resolución del contrato de arrendamiento y acuerde la devolución de la fianza y demás cantidades que correspondan conforme a derecho.</w:t>
      </w:r>
    </w:p>
    <w:p/>
    <w:p>
      <w:r>
        <w:rPr>
          <w:b/>
          <w:sz w:val="20"/>
        </w:rPr>
        <w:t>DOCUMENTACIÓN QUE SE ACOMPAÑA:</w:t>
      </w:r>
    </w:p>
    <w:p>
      <w:r>
        <w:rPr>
          <w:b w:val="0"/>
          <w:sz w:val="20"/>
        </w:rPr>
        <w:t>1. Copia de contrato de arrendamiento.</w:t>
      </w:r>
    </w:p>
    <w:p>
      <w:r>
        <w:rPr>
          <w:b w:val="0"/>
          <w:sz w:val="20"/>
        </w:rPr>
        <w:t>2. Justificante de pago de la fianza.</w:t>
      </w:r>
    </w:p>
    <w:p>
      <w:r>
        <w:rPr>
          <w:b w:val="0"/>
          <w:sz w:val="20"/>
        </w:rPr>
        <w:t>3. Justificantes de los últimos recibos de renta y suministros.</w:t>
      </w:r>
    </w:p>
    <w:p>
      <w:r>
        <w:rPr>
          <w:b w:val="0"/>
          <w:sz w:val="20"/>
        </w:rPr>
        <w:t>4. Inventario, si lo hubiere.</w:t>
      </w:r>
    </w:p>
    <w:p>
      <w:r>
        <w:rPr>
          <w:b w:val="0"/>
          <w:sz w:val="20"/>
        </w:rPr>
        <w:t>5. Cualquier otra documentación relevante.</w:t>
      </w:r>
    </w:p>
    <w:p/>
    <w:p>
      <w:r>
        <w:rPr>
          <w:b w:val="0"/>
          <w:sz w:val="20"/>
        </w:rPr>
        <w:t>El/La arrendatario/a</w:t>
      </w:r>
    </w:p>
    <w:p/>
    <w:p/>
    <w:p/>
    <w:p>
      <w:r>
        <w:rPr>
          <w:b w:val="0"/>
          <w:sz w:val="20"/>
        </w:rPr>
        <w:t>Firma: 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https://experto-renuncias.com/rescision-contrato-alquiler-local/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rescision-contrato-alquiler-local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