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VOLUNTARIA AL NOMBRAMIENTO DE FUNCIONARIO INTERINO</w:t>
      </w:r>
    </w:p>
    <w:p/>
    <w:p>
      <w:r>
        <w:rPr>
          <w:b/>
          <w:sz w:val="20"/>
        </w:rPr>
        <w:t>D./Dña.: ___________________________________________________________</w:t>
      </w:r>
    </w:p>
    <w:p>
      <w:r>
        <w:rPr>
          <w:b w:val="0"/>
          <w:sz w:val="20"/>
        </w:rPr>
        <w:t>DNI/NIE: 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Localidad: ___________________________    Teléfono: _______________</w:t>
      </w:r>
    </w:p>
    <w:p>
      <w:r>
        <w:rPr>
          <w:b w:val="0"/>
          <w:sz w:val="20"/>
        </w:rPr>
        <w:t>Correo electrónico: _______________________________________________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Sr./Sra. ____________________________________________</w:t>
      </w:r>
    </w:p>
    <w:p>
      <w:r>
        <w:rPr>
          <w:b w:val="0"/>
          <w:sz w:val="20"/>
        </w:rPr>
        <w:t>Órgano o Departamento: _______________________________</w:t>
      </w:r>
    </w:p>
    <w:p>
      <w:r>
        <w:rPr>
          <w:b w:val="0"/>
          <w:sz w:val="20"/>
        </w:rPr>
        <w:t>Administración/Entidad: 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fue nombrado/a funcionario/a interino/a para el puesto de ____________________________________, en el organismo/entidad arriba indicado, ocupando dicho puesto desde el día ________________________________.</w:t>
      </w:r>
    </w:p>
    <w:p>
      <w:r>
        <w:rPr>
          <w:b w:val="0"/>
          <w:sz w:val="20"/>
        </w:rPr>
        <w:t>Que por motivos personales/profesionales, ha decidido presentar su renuncia voluntaria al citado nombramiento, conforme a lo previsto en la normativa vigente aplicable a los funcionarios interinos de la Administración Pública.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tenga por presentada la presente renuncia voluntaria al puesto de trabajo que venía desempeñando como funcionario/a interino/a, y que se proceda a dar de baja en dicho nombramiento, con los efectos administrativos correspondientes.</w:t>
      </w:r>
    </w:p>
    <w:p>
      <w:r>
        <w:rPr>
          <w:b w:val="0"/>
          <w:sz w:val="20"/>
        </w:rPr>
        <w:t>Asimismo, solicita que se expida, en su caso, la certificación acreditativa del tiempo de servicios prestados en la citada Administración/Entidad.</w:t>
      </w:r>
    </w:p>
    <w:p/>
    <w:p>
      <w:r>
        <w:rPr>
          <w:b w:val="0"/>
          <w:sz w:val="20"/>
        </w:rPr>
        <w:t>Sin otro particular, le saluda atentamente,</w:t>
      </w:r>
    </w:p>
    <w:p/>
    <w:p/>
    <w:p/>
    <w:p>
      <w:r>
        <w:rPr>
          <w:b w:val="0"/>
          <w:sz w:val="20"/>
        </w:rPr>
        <w:t>Firma: ________________________________</w:t>
      </w:r>
    </w:p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https://experto-renuncias.com/renuncia-voluntaria-funcionario-interino/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voluntaria-funcionario-interin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