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RENUNCIA AL PUESTO DE TRABAJO INTERINO EN LA COMUNIDAD DE MADRID</w:t>
      </w:r>
    </w:p>
    <w:p/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con DNI/NIE nº _____________________________</w:t>
      </w:r>
    </w:p>
    <w:p>
      <w:r>
        <w:rPr>
          <w:b w:val="0"/>
          <w:sz w:val="20"/>
        </w:rPr>
        <w:t>domiciliado/a en _____________________________________________________</w:t>
      </w:r>
    </w:p>
    <w:p>
      <w:r>
        <w:rPr>
          <w:b w:val="0"/>
          <w:sz w:val="20"/>
        </w:rPr>
        <w:t>con domicilio a efectos de notificaciones en ___________________________</w:t>
      </w:r>
    </w:p>
    <w:p>
      <w:r>
        <w:rPr>
          <w:b w:val="0"/>
          <w:sz w:val="20"/>
        </w:rPr>
        <w:t>Teléfono de contacto: _____________________    Correo electrónico: __________________________</w:t>
      </w:r>
    </w:p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Dirección de Área Territorial / Órgano correspondiente</w:t>
      </w:r>
    </w:p>
    <w:p>
      <w:r>
        <w:rPr>
          <w:b w:val="0"/>
          <w:sz w:val="20"/>
        </w:rPr>
        <w:t>Consejería de Educación, Ciencia y Universidades</w:t>
      </w:r>
    </w:p>
    <w:p>
      <w:r>
        <w:rPr>
          <w:b w:val="0"/>
          <w:sz w:val="20"/>
        </w:rPr>
        <w:t>Comunidad de Madrid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Que ocupa actualmente un puesto de trabajo como funcionario/a interino/a en el cuerpo de _________________________, especialidad de ____________________, con destino en el centro ____________________________, código de centro ________________, localidad ____________________, desde el día _________________, según nombramiento expedido por la Consejería de Educación, Ciencia y Universidades de la Comunidad de Madrid.</w:t>
      </w:r>
    </w:p>
    <w:p>
      <w:r>
        <w:rPr>
          <w:b w:val="0"/>
          <w:sz w:val="20"/>
        </w:rPr>
        <w:t>Que, por motivos personales y voluntariamente, ha decidido presentar su renuncia al citado puesto de trabajo interino que actualmente desempeña, conforme a lo establecido en la normativa vigente.</w:t>
      </w:r>
    </w:p>
    <w:p/>
    <w:p>
      <w:r>
        <w:rPr>
          <w:b/>
          <w:sz w:val="20"/>
        </w:rPr>
        <w:t>SOLICITA</w:t>
      </w:r>
    </w:p>
    <w:p>
      <w:r>
        <w:rPr>
          <w:b w:val="0"/>
          <w:sz w:val="20"/>
        </w:rPr>
        <w:t>Que se tenga por presentada la presente renuncia voluntaria al puesto de trabajo interino en el cuerpo y especialidad arriba indicados, y se proceda a su tramitación a todos los efectos, quedando así extinguida la relación de servicio que le vinculaba con la Administración Educativa de la Comunidad de Madrid en dicho puesto.</w:t>
      </w:r>
    </w:p>
    <w:p/>
    <w:p>
      <w:r>
        <w:rPr>
          <w:b w:val="0"/>
          <w:sz w:val="20"/>
        </w:rPr>
        <w:t>Así mismo, manifiesta su compromiso de cesar en el desempeño de sus funciones en el centro de destino, entregando el material y documentación correspondiente, y cumpliendo con los trámites administrativos que sean requeridos por el órgano gestor.</w:t>
      </w:r>
    </w:p>
    <w:p/>
    <w:p/>
    <w:p>
      <w:r>
        <w:rPr>
          <w:b w:val="0"/>
          <w:sz w:val="20"/>
        </w:rPr>
        <w:t>En ________________________________________________</w:t>
      </w:r>
    </w:p>
    <w:p>
      <w:r>
        <w:rPr>
          <w:b w:val="0"/>
          <w:sz w:val="20"/>
        </w:rPr>
        <w:t>El/la interesado/a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https://experto-renuncias.com/renuncia-puesto-interino-comunidad-de-madrid/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puesto-interino-comunidad-de-madrid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