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ESCRITO DE RENUNCIA VOLUNTARIA A LA PATRIA POTESTAD</w:t>
      </w:r>
    </w:p>
    <w:p/>
    <w:p>
      <w:r>
        <w:rPr>
          <w:b/>
          <w:sz w:val="20"/>
        </w:rPr>
        <w:t>DATOS DEL RENUNCIANTE: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DNI/NIE: ____________________________</w:t>
      </w:r>
    </w:p>
    <w:p>
      <w:r>
        <w:rPr>
          <w:b w:val="0"/>
          <w:sz w:val="20"/>
        </w:rPr>
        <w:t>Domicilio: _________________________________________________________</w:t>
      </w:r>
    </w:p>
    <w:p>
      <w:r>
        <w:rPr>
          <w:b w:val="0"/>
          <w:sz w:val="20"/>
        </w:rPr>
        <w:t>Localidad: __________________________    Código Postal: ______________</w:t>
      </w:r>
    </w:p>
    <w:p>
      <w:r>
        <w:rPr>
          <w:b w:val="0"/>
          <w:sz w:val="20"/>
        </w:rPr>
        <w:t>Teléfono: ___________________________</w:t>
      </w:r>
    </w:p>
    <w:p/>
    <w:p>
      <w:r>
        <w:rPr>
          <w:b/>
          <w:sz w:val="20"/>
        </w:rPr>
        <w:t>DATOS DEL/LOS MENOR/ES:</w:t>
      </w:r>
    </w:p>
    <w:p>
      <w:r>
        <w:rPr>
          <w:b w:val="0"/>
          <w:sz w:val="20"/>
        </w:rPr>
        <w:t>Nombre y apellidos: _________________________________________________________</w:t>
      </w:r>
    </w:p>
    <w:p>
      <w:r>
        <w:rPr>
          <w:b w:val="0"/>
          <w:sz w:val="20"/>
        </w:rPr>
        <w:t>Fecha de nacimiento: ____ / ____ / _______    Lugar de nacimiento: __________________</w:t>
      </w:r>
    </w:p>
    <w:p>
      <w:r>
        <w:rPr>
          <w:b w:val="0"/>
          <w:sz w:val="20"/>
        </w:rPr>
        <w:t>DNI/NIE (si procede): ________________________</w:t>
      </w:r>
    </w:p>
    <w:p/>
    <w:p>
      <w:r>
        <w:rPr>
          <w:b/>
          <w:sz w:val="20"/>
        </w:rPr>
        <w:t>DATOS DEL OTRO PROGENITOR: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DNI/NIE: ____________________________</w:t>
      </w:r>
    </w:p>
    <w:p>
      <w:r>
        <w:rPr>
          <w:b w:val="0"/>
          <w:sz w:val="20"/>
        </w:rPr>
        <w:t>Domicilio: _________________________________________________________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PRIMERO.- Que el/la compareciente es progenitor/a del menor identificado anteriormente, ostentando, junto con el otro progenitor, la patria potestad conforme a lo dispuesto en el Código Civil.</w:t>
      </w:r>
    </w:p>
    <w:p>
      <w:r>
        <w:rPr>
          <w:b w:val="0"/>
          <w:sz w:val="20"/>
        </w:rPr>
        <w:t>SEGUNDO.- Que, por motivos personales y en beneficio del interés superior del menor, manifiesta de forma voluntaria, libre y consciente su voluntad de renunciar a la patria potestad sobre el citado menor, quedando la misma a cargo exclusivo del otro progenitor.</w:t>
      </w:r>
    </w:p>
    <w:p>
      <w:r>
        <w:rPr>
          <w:b w:val="0"/>
          <w:sz w:val="20"/>
        </w:rPr>
        <w:t>TERCERO.- Que es conocedor/a de las consecuencias legales y personales que dicha renuncia implica, así como de la necesidad de que sea aceptada y homologada judicialmente conforme a la legislación vigente.</w:t>
      </w:r>
    </w:p>
    <w:p>
      <w:r>
        <w:rPr>
          <w:b w:val="0"/>
          <w:sz w:val="20"/>
        </w:rPr>
        <w:t>CUARTO.- Que la presente renuncia se realiza sin mediar coacción, presión o intimidación alguna, y en pleno uso de sus facultades y capacidades.</w:t>
      </w:r>
    </w:p>
    <w:p>
      <w:r>
        <w:rPr>
          <w:b w:val="0"/>
          <w:sz w:val="20"/>
        </w:rPr>
        <w:t>QUINTO.- Que, en consecuencia, solicita que se tenga por presentada la presente renuncia y se proceda conforme a derecho, quedando liberado/a de las obligaciones inherentes a la patria potestad respecto del menor, manteniendo, en su caso, las obligaciones económicas que correspondan en favor del mismo.</w:t>
      </w:r>
    </w:p>
    <w:p/>
    <w:p>
      <w:r>
        <w:rPr>
          <w:b/>
          <w:sz w:val="20"/>
        </w:rPr>
        <w:t>SUPLICO:</w:t>
      </w:r>
    </w:p>
    <w:p>
      <w:r>
        <w:rPr>
          <w:b w:val="0"/>
          <w:sz w:val="20"/>
        </w:rPr>
        <w:t>Que, teniendo por presentado este escrito, se sirva admitirlo y, previos los trámites legales oportunos, se dicte resolución por la que se declare la aceptación de la renuncia a la patria potestad respecto del menor identificado, quedando la misma a cargo exclusivo del/la otro/a progenitor/a, todo ello en beneficio del interés superior del menor.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del DNI/NIE del renunciante.</w:t>
      </w:r>
    </w:p>
    <w:p>
      <w:r>
        <w:rPr>
          <w:b w:val="0"/>
          <w:sz w:val="20"/>
        </w:rPr>
        <w:t>2. Certificado literal de nacimiento del menor.</w:t>
      </w:r>
    </w:p>
    <w:p>
      <w:r>
        <w:rPr>
          <w:b w:val="0"/>
          <w:sz w:val="20"/>
        </w:rPr>
        <w:t>3. Libro de familia.</w:t>
      </w:r>
    </w:p>
    <w:p>
      <w:r>
        <w:rPr>
          <w:b w:val="0"/>
          <w:sz w:val="20"/>
        </w:rPr>
        <w:t>4. Cualquier otra documentación relevante.</w:t>
      </w:r>
    </w:p>
    <w:p/>
    <w:p/>
    <w:p>
      <w:r>
        <w:rPr>
          <w:b/>
          <w:sz w:val="20"/>
        </w:rPr>
        <w:t>EL/LA RENUNCIANTE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https://experto-renuncias.com/renuncia-patria-potestad/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patria-potestad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