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A EXCEDENCIA VOLUNTARIA</w:t>
      </w:r>
    </w:p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Departamento de Recursos Humanos</w:t>
      </w:r>
    </w:p>
    <w:p>
      <w:r>
        <w:rPr>
          <w:b w:val="0"/>
          <w:sz w:val="20"/>
        </w:rPr>
        <w:t xml:space="preserve">Empresa: </w:t>
      </w:r>
    </w:p>
    <w:p>
      <w:r>
        <w:rPr>
          <w:b w:val="0"/>
          <w:sz w:val="20"/>
        </w:rPr>
        <w:t xml:space="preserve">Domicilio social: </w:t>
      </w:r>
    </w:p>
    <w:p/>
    <w:p>
      <w:r>
        <w:rPr>
          <w:b/>
          <w:sz w:val="20"/>
        </w:rPr>
        <w:t>De:</w:t>
      </w:r>
    </w:p>
    <w:p>
      <w:r>
        <w:rPr>
          <w:b w:val="0"/>
          <w:sz w:val="20"/>
        </w:rPr>
        <w:t xml:space="preserve">D./Dña.: </w:t>
      </w:r>
    </w:p>
    <w:p>
      <w:r>
        <w:rPr>
          <w:b w:val="0"/>
          <w:sz w:val="20"/>
        </w:rPr>
        <w:t xml:space="preserve">DNI/NIE: </w:t>
      </w:r>
    </w:p>
    <w:p>
      <w:r>
        <w:rPr>
          <w:b w:val="0"/>
          <w:sz w:val="20"/>
        </w:rPr>
        <w:t xml:space="preserve">Puesto de trabajo: </w:t>
      </w:r>
    </w:p>
    <w:p>
      <w:r>
        <w:rPr>
          <w:b w:val="0"/>
          <w:sz w:val="20"/>
        </w:rPr>
        <w:t xml:space="preserve">Departamento/Sección: </w:t>
      </w:r>
    </w:p>
    <w:p/>
    <w:p>
      <w:r>
        <w:rPr>
          <w:b w:val="0"/>
          <w:sz w:val="20"/>
        </w:rPr>
        <w:t>Muy Sres. míos:</w:t>
      </w:r>
    </w:p>
    <w:p/>
    <w:p>
      <w:r>
        <w:rPr>
          <w:b w:val="0"/>
          <w:sz w:val="20"/>
        </w:rPr>
        <w:t>Por la presente, comunico mi decisión de RENUNCIAR a la situación de excedencia voluntaria en la que me encuentro actualmente en esta empresa, y solicito mi reincorporación al puesto de trabajo que venía desempeñando, o en su caso a uno de similar categoría o funciones, de acuerdo con lo establecido en el Estatuto de los Trabajadores y la normativa aplicable.</w:t>
      </w:r>
    </w:p>
    <w:p/>
    <w:p>
      <w:r>
        <w:rPr>
          <w:b w:val="0"/>
          <w:sz w:val="20"/>
        </w:rPr>
        <w:t>Estoy a disposición de la empresa para concretar la fecha efectiva de reincorporación, así como para facilitar cualquier documentación o información adicional que se requiera para tramitar dicha reincorporación.</w:t>
      </w:r>
    </w:p>
    <w:p/>
    <w:p>
      <w:r>
        <w:rPr>
          <w:b w:val="0"/>
          <w:sz w:val="20"/>
        </w:rPr>
        <w:t>Sin otro particular, y agradeciendo de antemano la atención prestada, quedo a la espera de su respuesta.</w:t>
      </w:r>
    </w:p>
    <w:p/>
    <w:p/>
    <w:p>
      <w:r>
        <w:rPr>
          <w:b w:val="0"/>
          <w:sz w:val="20"/>
        </w:rPr>
        <w:t>Firma:</w:t>
      </w:r>
    </w:p>
    <w:p/>
    <w:p/>
    <w:p/>
    <w:p>
      <w:r>
        <w:rPr>
          <w:b w:val="0"/>
          <w:sz w:val="20"/>
        </w:rPr>
        <w:t>Nombre y apellidos: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https://experto-renuncias.com/renuncia-excedencia-voluntaria/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excedencia-voluntaria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