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AL DERECHO DE TANTEO Y RETRACTO</w:t>
      </w:r>
    </w:p>
    <w:p/>
    <w:p/>
    <w:p>
      <w:r>
        <w:rPr>
          <w:b/>
          <w:sz w:val="20"/>
        </w:rPr>
        <w:t>REUNIDOS</w:t>
      </w:r>
    </w:p>
    <w:p/>
    <w:p>
      <w:r>
        <w:rPr>
          <w:b w:val="0"/>
          <w:sz w:val="20"/>
        </w:rPr>
        <w:t>De una parte, D./Dña. ______________________________________________________, mayor de edad, con domicilio en ____________________________________________________________, y con DNI/NIE número ______________________.</w:t>
      </w:r>
    </w:p>
    <w:p>
      <w:r>
        <w:rPr>
          <w:b w:val="0"/>
          <w:sz w:val="20"/>
        </w:rPr>
        <w:t>Y de otra parte, D./Dña. ______________________________________________________, mayor de edad, con domicilio en ____________________________________________________________, y con DNI/NIE número ______________________.</w:t>
      </w:r>
    </w:p>
    <w:p/>
    <w:p>
      <w:r>
        <w:rPr>
          <w:b/>
          <w:sz w:val="20"/>
        </w:rPr>
        <w:t>EXPONEN</w:t>
      </w:r>
    </w:p>
    <w:p/>
    <w:p>
      <w:r>
        <w:rPr>
          <w:b w:val="0"/>
          <w:sz w:val="20"/>
        </w:rPr>
        <w:t>I. Que D./Dña. ______________________________________________________ es titular de la vivienda/suelo/local sito en ____________________________________________________________, inscrito en el Registro de la Propiedad de ____________________, al tomo ______, libro ______, folio ______, finca número ______.</w:t>
      </w:r>
    </w:p>
    <w:p>
      <w:r>
        <w:rPr>
          <w:b w:val="0"/>
          <w:sz w:val="20"/>
        </w:rPr>
        <w:t>II. Que el citado inmueble forma parte de la comunidad de propietarios situada en ____________________________________________________________, constituida por título en escritura pública otorgada en fecha ____________________, inscrita en el Registro de la Propiedad de ____________________.</w:t>
      </w:r>
    </w:p>
    <w:p>
      <w:r>
        <w:rPr>
          <w:b w:val="0"/>
          <w:sz w:val="20"/>
        </w:rPr>
        <w:t>III. Que, en virtud de lo dispuesto en el artículo 25 de la Ley 49/1960, de 21 de julio, sobre Propiedad Horizontal, en caso de transmisión onerosa de elementos privativos, los propietarios colindantes y la propia comunidad tienen derecho de tanteo y retracto en los términos legalmente establecidos.</w:t>
      </w:r>
    </w:p>
    <w:p>
      <w:r>
        <w:rPr>
          <w:b w:val="0"/>
          <w:sz w:val="20"/>
        </w:rPr>
        <w:t>IV. Que, no obstante, D./Dña. ______________________________________________________, titular del derecho de tanteo y retracto, manifiesta su voluntad de renunciar expresamente a tales derechos respecto a la transmisión onerosa que se pretende realizar sobre el inmueble anteriormente descrito, en favor de D./Dña. ______________________________________________________.</w:t>
      </w:r>
    </w:p>
    <w:p/>
    <w:p>
      <w:r>
        <w:rPr>
          <w:b/>
          <w:sz w:val="20"/>
        </w:rPr>
        <w:t>ACUERDAN</w:t>
      </w:r>
    </w:p>
    <w:p/>
    <w:p>
      <w:r>
        <w:rPr>
          <w:b w:val="0"/>
          <w:sz w:val="20"/>
        </w:rPr>
        <w:t>ÚNICO.- D./Dña. ______________________________________________________ renuncia de forma expresa y voluntaria al derecho de tanteo y retracto que pudiera corresponderle conforme a la Ley de Propiedad Horizontal y cualquier otra legislación aplicable, respecto a la transmisión onerosa del inmueble sito en ____________________________________________________________, en favor de D./Dña. ______________________________________________________, sin que tenga nada que reclamar por tal concepto, dejando constancia de la renuncia a todos los efectos legales oportunos.</w:t>
      </w:r>
    </w:p>
    <w:p/>
    <w:p/>
    <w:p>
      <w:r>
        <w:rPr>
          <w:b w:val="0"/>
          <w:sz w:val="20"/>
        </w:rPr>
        <w:t>Y para que así conste y surta los efectos oportunos, firman el presente documento en duplicado ejemplar y a un solo efecto.</w:t>
      </w:r>
    </w:p>
    <w:p/>
    <w:p/>
    <w:p/>
    <w:p>
      <w:r>
        <w:rPr>
          <w:b w:val="0"/>
          <w:sz w:val="20"/>
        </w:rPr>
        <w:t>Firmado:</w:t>
      </w:r>
    </w:p>
    <w:p/>
    <w:p/>
    <w:p>
      <w:r>
        <w:rPr>
          <w:b w:val="0"/>
          <w:sz w:val="20"/>
        </w:rPr>
        <w:t>D./Dña. ______________________________________________________</w:t>
      </w:r>
    </w:p>
    <w:p/>
    <w:p/>
    <w:p>
      <w:r>
        <w:rPr>
          <w:b w:val="0"/>
          <w:sz w:val="20"/>
        </w:rPr>
        <w:t>D./Dña. 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https://experto-renuncias.com/renuncia-derecho-de-tanteo-y-retracto/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derecho-de-tanteo-y-retracto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