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RENUNCIA AL DERECHO DE TANTEO Y RETRACTO SOBRE FINCA RÚSTICA</w:t>
      </w:r>
    </w:p>
    <w:p/>
    <w:p>
      <w:r>
        <w:rPr>
          <w:b/>
          <w:sz w:val="20"/>
        </w:rPr>
        <w:t>REUNIDOS</w:t>
      </w:r>
    </w:p>
    <w:p>
      <w:r>
        <w:rPr>
          <w:b w:val="0"/>
          <w:sz w:val="20"/>
        </w:rPr>
        <w:t>De una parte, D./Dña. ____________________________________________________, mayor de edad, con domicilio en ___________________________________________________, y con DNI/NIE número _______________________.</w:t>
      </w:r>
    </w:p>
    <w:p>
      <w:r>
        <w:rPr>
          <w:b w:val="0"/>
          <w:sz w:val="20"/>
        </w:rPr>
        <w:t>Y de otra parte, D./Dña. ____________________________________________________, mayor de edad, con domicilio en ___________________________________________________, y con DNI/NIE número _______________________.</w:t>
      </w:r>
    </w:p>
    <w:p/>
    <w:p>
      <w:r>
        <w:rPr>
          <w:b/>
          <w:sz w:val="20"/>
        </w:rPr>
        <w:t>EXPONEN</w:t>
      </w:r>
    </w:p>
    <w:p>
      <w:r>
        <w:rPr>
          <w:b w:val="0"/>
          <w:sz w:val="20"/>
        </w:rPr>
        <w:t>I. Que D./Dña. ____________________________________________________ es titular de la finca rústica situada en el término municipal de _______________________________________, provincia de _____________________, que se describe a continuación:</w:t>
      </w:r>
    </w:p>
    <w:p>
      <w:r>
        <w:rPr>
          <w:b w:val="0"/>
          <w:sz w:val="20"/>
        </w:rPr>
        <w:t>Descripción de la finca: ________________________________________________________________________________________________________________________________________________________________</w:t>
      </w:r>
    </w:p>
    <w:p>
      <w:r>
        <w:rPr>
          <w:b w:val="0"/>
          <w:sz w:val="20"/>
        </w:rPr>
        <w:t>Referencia catastral: ____________________________</w:t>
      </w:r>
    </w:p>
    <w:p>
      <w:r>
        <w:rPr>
          <w:b w:val="0"/>
          <w:sz w:val="20"/>
        </w:rPr>
        <w:t>Superficie: ________________</w:t>
      </w:r>
    </w:p>
    <w:p>
      <w:r>
        <w:rPr>
          <w:b w:val="0"/>
          <w:sz w:val="20"/>
        </w:rPr>
        <w:t>Linderos: _____________________________________________________________________________________________________________________</w:t>
      </w:r>
    </w:p>
    <w:p>
      <w:r>
        <w:rPr>
          <w:b w:val="0"/>
          <w:sz w:val="20"/>
        </w:rPr>
        <w:t>II. Que conforme a lo dispuesto en la Ley 19/1995, de 4 de julio, de Modernización de Explotaciones Agrarias, y demás normativa aplicable, respecto de la transmisión onerosa de fincas rústicas, corresponde a los colindantes el derecho de tanteo y retracto en los términos previstos legalmente.</w:t>
      </w:r>
    </w:p>
    <w:p>
      <w:r>
        <w:rPr>
          <w:b w:val="0"/>
          <w:sz w:val="20"/>
        </w:rPr>
        <w:t>III. Que el/los compareciente/s, en calidad de colindante/s de la finca anteriormente descrita, manifiestan expresamente su voluntad de RENUNCIAR de forma libre, voluntaria y consciente al ejercicio del derecho de tanteo y retracto que pudiera corresponderles sobre la finca objeto de transmisión, tanto en el momento actual como en ulteriores transmisiones que pudieran derivarse de la presente.</w:t>
      </w:r>
    </w:p>
    <w:p/>
    <w:p>
      <w:r>
        <w:rPr>
          <w:b/>
          <w:sz w:val="20"/>
        </w:rPr>
        <w:t>ACUERDAN</w:t>
      </w:r>
    </w:p>
    <w:p>
      <w:r>
        <w:rPr>
          <w:b w:val="0"/>
          <w:sz w:val="20"/>
        </w:rPr>
        <w:t>ÚNICO.- D./Dña. ____________________________________________________, en calidad de colindante de la finca descrita, RENUNCIA expresamente al derecho de tanteo y retracto respecto de la transmisión de la referida finca rústica, manifestando su consentimiento para que la operación de compraventa se formalice sin necesidad de realizar notificación o comunicación adicional en relación con dichos derechos.</w:t>
      </w:r>
    </w:p>
    <w:p/>
    <w:p>
      <w:r>
        <w:rPr>
          <w:b w:val="0"/>
          <w:sz w:val="20"/>
        </w:rPr>
        <w:t>Y para que así conste y surta los efectos oportunos, firman la presente RENUNCIA en el lugar y fecha indicados a continuación.</w:t>
      </w:r>
    </w:p>
    <w:p/>
    <w:p/>
    <w:p>
      <w:r>
        <w:rPr>
          <w:b/>
          <w:sz w:val="20"/>
        </w:rPr>
        <w:t>Firmas:</w:t>
      </w:r>
    </w:p>
    <w:p/>
    <w:p/>
    <w:p>
      <w:r>
        <w:rPr>
          <w:b w:val="0"/>
          <w:sz w:val="20"/>
        </w:rPr>
        <w:t>El/La transmitente: ___________________________________________</w:t>
      </w:r>
    </w:p>
    <w:p/>
    <w:p>
      <w:r>
        <w:rPr>
          <w:b w:val="0"/>
          <w:sz w:val="20"/>
        </w:rPr>
        <w:t>El/La colindante: 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https://experto-renuncias.com/renuncia-derecho-de-tanteo-y-retracto-fincas-rusticas/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renuncia-derecho-de-tanteo-y-retracto-fincas-rusticas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