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RENUNCIA AL DERECHO DE ADQUISICIÓN PREFERENTE DE VIVIENDA</w:t>
      </w:r>
    </w:p>
    <w:p/>
    <w:p>
      <w:r>
        <w:rPr>
          <w:b/>
          <w:sz w:val="20"/>
        </w:rPr>
        <w:t>D./Dña. _____________________________________________________________</w:t>
      </w:r>
    </w:p>
    <w:p>
      <w:r>
        <w:rPr>
          <w:b w:val="0"/>
          <w:sz w:val="20"/>
        </w:rPr>
        <w:t>Con DNI/NIE número ______________________, y domicilio en ______________________________________</w:t>
      </w:r>
    </w:p>
    <w:p>
      <w:r>
        <w:rPr>
          <w:b w:val="0"/>
          <w:sz w:val="20"/>
        </w:rPr>
      </w:r>
    </w:p>
    <w:p>
      <w:r>
        <w:rPr>
          <w:b w:val="0"/>
          <w:sz w:val="20"/>
        </w:rPr>
        <w:t>En calidad de ________________________________________ de la vivienda sita en:</w:t>
      </w:r>
    </w:p>
    <w:p>
      <w:r>
        <w:rPr>
          <w:b w:val="0"/>
          <w:sz w:val="20"/>
        </w:rPr>
        <w:t>Dirección: _________________________________________________________________</w:t>
      </w:r>
    </w:p>
    <w:p>
      <w:r>
        <w:rPr>
          <w:b w:val="0"/>
          <w:sz w:val="20"/>
        </w:rPr>
        <w:t>Referencia catastral: ______________________________________________________</w:t>
      </w:r>
    </w:p>
    <w:p>
      <w:r>
        <w:rPr>
          <w:b w:val="0"/>
          <w:sz w:val="20"/>
        </w:rPr>
      </w:r>
    </w:p>
    <w:p>
      <w:r>
        <w:rPr>
          <w:b/>
          <w:sz w:val="20"/>
        </w:rPr>
        <w:t>EXPONE:</w:t>
      </w:r>
    </w:p>
    <w:p>
      <w:r>
        <w:rPr>
          <w:b w:val="0"/>
          <w:sz w:val="20"/>
        </w:rPr>
        <w:t>Primero.- Que ha sido debidamente informado/a de la intención de transmitir la propiedad de la mencionada vivienda, encontrándose la misma sujeta al derecho de adquisición preferente conforme a la normativa vigente.</w:t>
      </w:r>
    </w:p>
    <w:p>
      <w:r>
        <w:rPr>
          <w:b w:val="0"/>
          <w:sz w:val="20"/>
        </w:rPr>
        <w:t>Segundo.- Que conoce y entiende el alcance del derecho de adquisición preferente que, en su caso, pudiera corresponderle (tanteo y retracto), así como las condiciones de la transmisión.</w:t>
      </w:r>
    </w:p>
    <w:p>
      <w:r>
        <w:rPr>
          <w:b w:val="0"/>
          <w:sz w:val="20"/>
        </w:rPr>
        <w:t>Tercero.- Que de forma libre, consciente y voluntaria, decide renunciar expresamente al ejercicio del mencionado derecho de adquisición preferente respecto de la referida transmisión.</w:t>
      </w:r>
    </w:p>
    <w:p/>
    <w:p>
      <w:r>
        <w:rPr>
          <w:b/>
          <w:sz w:val="20"/>
        </w:rPr>
        <w:t>Por todo lo expuesto,</w:t>
      </w:r>
    </w:p>
    <w:p>
      <w:r>
        <w:rPr>
          <w:b/>
          <w:sz w:val="20"/>
        </w:rPr>
        <w:t>MANIFIESTA</w:t>
      </w:r>
    </w:p>
    <w:p>
      <w:r>
        <w:rPr>
          <w:b w:val="0"/>
          <w:sz w:val="20"/>
        </w:rPr>
        <w:t>Que RENUNCIA de forma expresa, irrevocable y definitiva al derecho de adquisición preferente (tanteo y/o retracto) que pudiera corresponderle respecto de la transmisión de la vivienda descrita, prestando su consentimiento para que la mencionada transmisión pueda realizarse libremente por el titular sin necesidad de comunicación, notificación ni requerimiento adicional.</w:t>
      </w:r>
    </w:p>
    <w:p/>
    <w:p>
      <w:r>
        <w:rPr>
          <w:b w:val="0"/>
          <w:sz w:val="20"/>
        </w:rPr>
        <w:t>Y para que conste a los efectos oportunos, firma la presente renuncia en el lugar y fecha indicados.</w:t>
      </w:r>
    </w:p>
    <w:p/>
    <w:p/>
    <w:p/>
    <w:p>
      <w:r>
        <w:rPr>
          <w:b w:val="0"/>
          <w:sz w:val="20"/>
        </w:rPr>
        <w:t>Firma: _______________________________</w:t>
      </w:r>
    </w:p>
    <w:p/>
    <w:p>
      <w:r>
        <w:rPr>
          <w:b w:val="0"/>
          <w:sz w:val="20"/>
        </w:rPr>
        <w:t>Nombre: _____________________________</w:t>
      </w:r>
    </w:p>
    <w:p>
      <w:r>
        <w:rPr>
          <w:b w:val="0"/>
          <w:sz w:val="20"/>
        </w:rPr>
        <w:t>DNI/NIE: ____________________________</w:t>
      </w:r>
    </w:p>
    <w:p>
      <w:r>
        <w:br w:type="page"/>
      </w:r>
    </w:p>
    <w:p>
      <w:pPr>
        <w:jc w:val="center"/>
      </w:pPr>
      <w:r>
        <w:rPr>
          <w:color w:val="555555"/>
          <w:sz w:val="24"/>
        </w:rPr>
        <w:t>Fuente original del documento:</w:t>
      </w:r>
    </w:p>
    <w:p>
      <w:pPr>
        <w:jc w:val="center"/>
      </w:pPr>
      <w:hyperlink r:id="rId9">
        <w:r>
          <w:rPr>
            <w:color w:val="0000FF"/>
            <w:u w:val="single"/>
          </w:rPr>
          <w:t>https://experto-renuncias.com/renuncia-derecho-adquisicion-preferente-vivienda/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https://experto-renuncias.com</w:t>
        </w:r>
      </w:hyperlink>
    </w:p>
    <w:p>
      <w:pPr>
        <w:jc w:val="center"/>
      </w:pPr>
      <w:r>
        <w:rPr>
          <w:color w:val="808080"/>
          <w:sz w:val="20"/>
        </w:rPr>
        <w:t>Plantilla de uso personal y gratuito. Prohibido su uso comercial.</w:t>
        <w:br/>
        <w:t>Si se comparte o publica, debe mencionarse la fuente. © experto-renuncias.com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nuncias.com/renuncia-derecho-adquisicion-preferente-vivienda/" TargetMode="External"/><Relationship Id="rId10" Type="http://schemas.openxmlformats.org/officeDocument/2006/relationships/hyperlink" Target="https://experto-renunci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