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RENUNCIA DE ABOGADO EN PROCESO CIVIL</w:t>
      </w:r>
    </w:p>
    <w:p/>
    <w:p>
      <w:r>
        <w:rPr>
          <w:b w:val="0"/>
          <w:sz w:val="20"/>
        </w:rPr>
        <w:t>AL JUZGADO DE PRIMERA INSTANCIA DE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D./Dña. ______________________________________________________, mayor de edad, Abogado/a del Ilustre Colegio de Abogados de __________________________________, con despacho profesional sito en _______________________________________________________________________, y domicilio a efectos de notificaciones en ________________________________________________________________________, y con DNI número ________________________________.</w:t>
      </w:r>
    </w:p>
    <w:p/>
    <w:p>
      <w:r>
        <w:rPr>
          <w:b/>
          <w:sz w:val="20"/>
        </w:rPr>
        <w:t>EXPONE:</w:t>
      </w:r>
    </w:p>
    <w:p>
      <w:r>
        <w:rPr>
          <w:b w:val="0"/>
          <w:sz w:val="20"/>
        </w:rPr>
        <w:t>Que en el procedimiento civil seguido ante este Juzgado, con número de autos ____________________________, en el que comparece como parte D./Dña. _______________________________________________________________, ha venido actuando como Abogado/a de dicha parte.</w:t>
      </w:r>
    </w:p>
    <w:p>
      <w:r>
        <w:rPr>
          <w:b w:val="0"/>
          <w:sz w:val="20"/>
        </w:rPr>
        <w:t>Que, por motivos profesionales y/o personales que así lo aconsejan, y de conformidad con lo dispuesto en el artículo 30 de la Ley de Enjuiciamiento Civil, mediante el presente escrito vengo a RENUNCIAR a la defensa y representación de la parte indicada en el citado procedimiento.</w:t>
      </w:r>
    </w:p>
    <w:p>
      <w:r>
        <w:rPr>
          <w:b w:val="0"/>
          <w:sz w:val="20"/>
        </w:rPr>
        <w:t>Que se ha procedido a notificar la presente renuncia a mi patrocinado/a por medio fehaciente, quedando a disposición del mismo/a para la entrega de la documentación y actuaciones que correspondan, y cumpliendo con los deberes de información y colaboración establecidos legalmente.</w:t>
      </w:r>
    </w:p>
    <w:p/>
    <w:p>
      <w:r>
        <w:rPr>
          <w:b/>
          <w:sz w:val="20"/>
        </w:rPr>
        <w:t>SUPLICO AL JUZGADO:</w:t>
      </w:r>
    </w:p>
    <w:p>
      <w:r>
        <w:rPr>
          <w:b w:val="0"/>
          <w:sz w:val="20"/>
        </w:rPr>
        <w:t>Que teniendo por presentado este escrito, se sirva admitirlo y, en su virtud, tenga por formulada RENUNCIA a la defensa y representación de D./Dña. _____________________________________________________ en el procedimiento arriba indicado, cesando en mis funciones como Abogado/a a partir de la fecha de la presente y procediendo a realizar las notificaciones oportunas conforme a derecho.</w:t>
      </w:r>
    </w:p>
    <w:p/>
    <w:p>
      <w:r>
        <w:rPr>
          <w:b w:val="0"/>
          <w:sz w:val="20"/>
        </w:rPr>
        <w:t>En _____________________________</w:t>
      </w:r>
    </w:p>
    <w:p/>
    <w:p/>
    <w:p>
      <w:r>
        <w:rPr>
          <w:b/>
          <w:sz w:val="20"/>
        </w:rPr>
        <w:t>Fdo.: 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https://experto-renuncias.com/renuncia-de-abogado-en-proceso-civil/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https://experto-renuncias.com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experto-renuncias.com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nuncias.com/renuncia-de-abogado-en-proceso-civil/" TargetMode="External"/><Relationship Id="rId10" Type="http://schemas.openxmlformats.org/officeDocument/2006/relationships/hyperlink" Target="https://experto-renunci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