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RENUNCIA AL CONTRATO DE SOCIEDAD POR ACCIONES SIMPLIFICADA (SAS)</w:t>
      </w:r>
    </w:p>
    <w:p/>
    <w:p/>
    <w:p>
      <w:r>
        <w:rPr>
          <w:b/>
          <w:sz w:val="20"/>
        </w:rPr>
        <w:t>A la atención del órgano de administración de la Sociedad por Acciones Simplificada (SAS):</w:t>
      </w:r>
    </w:p>
    <w:p/>
    <w:p>
      <w:r>
        <w:rPr>
          <w:b w:val="0"/>
          <w:sz w:val="20"/>
        </w:rPr>
        <w:t xml:space="preserve">Yo, D./Dña. </w:t>
      </w:r>
    </w:p>
    <w:p>
      <w:r>
        <w:rPr>
          <w:b w:val="0"/>
          <w:sz w:val="20"/>
        </w:rPr>
        <w:t xml:space="preserve">con domicilio en </w:t>
      </w:r>
    </w:p>
    <w:p>
      <w:r>
        <w:rPr>
          <w:b w:val="0"/>
          <w:sz w:val="20"/>
        </w:rPr>
        <w:t xml:space="preserve">y con documento de identidad número </w:t>
      </w:r>
    </w:p>
    <w:p>
      <w:r>
        <w:rPr>
          <w:b w:val="0"/>
          <w:sz w:val="20"/>
        </w:rPr>
        <w:t xml:space="preserve">en mi condición de accionista de la sociedad denominada </w:t>
      </w:r>
    </w:p>
    <w:p>
      <w:r>
        <w:rPr>
          <w:b w:val="0"/>
          <w:sz w:val="20"/>
        </w:rPr>
        <w:t xml:space="preserve">con NIT número </w:t>
      </w:r>
    </w:p>
    <w:p>
      <w:r>
        <w:rPr>
          <w:b/>
          <w:sz w:val="20"/>
        </w:rPr>
        <w:t>EXPONGO:</w:t>
      </w:r>
    </w:p>
    <w:p/>
    <w:p>
      <w:r>
        <w:rPr>
          <w:b w:val="0"/>
          <w:sz w:val="20"/>
        </w:rPr>
        <w:t>PRIMERO.- Que soy titular de acciones en la referida Sociedad por Acciones Simplificada (SAS).</w:t>
      </w:r>
    </w:p>
    <w:p>
      <w:r>
        <w:rPr>
          <w:b w:val="0"/>
          <w:sz w:val="20"/>
        </w:rPr>
        <w:t>SEGUNDO.- Que, por la presente, manifiesto mi voluntad inequívoca de RENUNCIAR de manera voluntaria e irrevocable a los derechos y obligaciones derivados de mi condición de accionista y, en consecuencia, al contrato de sociedad suscrito en su día.</w:t>
      </w:r>
    </w:p>
    <w:p>
      <w:r>
        <w:rPr>
          <w:b w:val="0"/>
          <w:sz w:val="20"/>
        </w:rPr>
        <w:t>TERCERO.- Que esta renuncia se realiza de conformidad con lo previsto en la legislación aplicable y en los estatutos sociales, y se efectúa sin que medie error, dolo, violencia o intimidación alguna, y con pleno conocimiento de sus efectos jurídicos y económicos.</w:t>
      </w:r>
    </w:p>
    <w:p>
      <w:r>
        <w:rPr>
          <w:b w:val="0"/>
          <w:sz w:val="20"/>
        </w:rPr>
        <w:t>CUARTO.- Que solicito a la sociedad que tome razón de la presente renuncia, proceda a su aceptación y a la actualización de los registros societarios correspondientes, así como a la realización de las actuaciones necesarias para la efectiva desvinculación.</w:t>
      </w:r>
    </w:p>
    <w:p>
      <w:r>
        <w:rPr>
          <w:b w:val="0"/>
          <w:sz w:val="20"/>
        </w:rPr>
        <w:t>QUINTO.- Que, en su caso, solicito la devolución de las aportaciones realizadas que correspondan según la legislación y los estatutos vigentes, una vez deducidas las obligaciones legales o estatutarias que me sean imputables.</w:t>
      </w:r>
    </w:p>
    <w:p/>
    <w:p>
      <w:r>
        <w:rPr>
          <w:b/>
          <w:sz w:val="20"/>
        </w:rPr>
        <w:t>Por todo lo expuesto,</w:t>
      </w:r>
    </w:p>
    <w:p>
      <w:r>
        <w:rPr>
          <w:b w:val="0"/>
          <w:sz w:val="20"/>
        </w:rPr>
        <w:t>SOLICITO al órgano de administración de la Sociedad por Acciones Simplificada que tenga por presentado este escrito y, en su virtud, acuerde aceptar mi renuncia como accionista, proceda a darme de baja en los registros sociales y realice las gestiones necesarias para hacerla efectiva en todos los ámbitos legales y administrativos.</w:t>
      </w:r>
    </w:p>
    <w:p/>
    <w:p/>
    <w:p>
      <w:r>
        <w:rPr>
          <w:b w:val="0"/>
          <w:sz w:val="20"/>
        </w:rPr>
        <w:t>Sin otro particular, reciban un cordial saludo.</w:t>
      </w:r>
    </w:p>
    <w:p/>
    <w:p/>
    <w:p/>
    <w:p>
      <w:r>
        <w:rPr>
          <w:b w:val="0"/>
          <w:sz w:val="20"/>
        </w:rPr>
        <w:t>Firma:</w:t>
      </w:r>
    </w:p>
    <w:p/>
    <w:p>
      <w:r>
        <w:rPr>
          <w:b w:val="0"/>
          <w:sz w:val="20"/>
        </w:rPr>
        <w:t>Nombre: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https://experto-renuncias.com/renuncia-contrato-sas/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https://experto-renuncias.com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experto-renuncias.com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nuncias.com/renuncia-contrato-sas/" TargetMode="External"/><Relationship Id="rId10" Type="http://schemas.openxmlformats.org/officeDocument/2006/relationships/hyperlink" Target="https://experto-renunci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