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RENUNCIA AL CARGO DE ADMINISTRADOR DE SOCIEDAD LIMITADA</w:t>
      </w:r>
    </w:p>
    <w:p/>
    <w:p>
      <w:r>
        <w:rPr>
          <w:b w:val="0"/>
          <w:sz w:val="20"/>
        </w:rPr>
        <w:t>A la atención del Órgano de Administración de la sociedad:</w:t>
      </w:r>
    </w:p>
    <w:p/>
    <w:p>
      <w:r>
        <w:rPr>
          <w:b/>
          <w:sz w:val="20"/>
        </w:rPr>
        <w:t>DENOMINACIÓN SOCIAL:</w:t>
      </w:r>
    </w:p>
    <w:p>
      <w:r>
        <w:rPr>
          <w:b w:val="0"/>
          <w:sz w:val="20"/>
        </w:rPr>
        <w:t>CIF:</w:t>
      </w:r>
    </w:p>
    <w:p>
      <w:r>
        <w:rPr>
          <w:b w:val="0"/>
          <w:sz w:val="20"/>
        </w:rPr>
        <w:t>DOMICILIO SOCIAL:</w:t>
      </w:r>
    </w:p>
    <w:p/>
    <w:p>
      <w:r>
        <w:rPr>
          <w:b/>
          <w:sz w:val="20"/>
        </w:rPr>
        <w:t>D./Dña.:</w:t>
      </w:r>
    </w:p>
    <w:p>
      <w:r>
        <w:rPr>
          <w:b w:val="0"/>
          <w:sz w:val="20"/>
        </w:rPr>
        <w:t>DNI/NIE:</w:t>
      </w:r>
    </w:p>
    <w:p>
      <w:r>
        <w:rPr>
          <w:b w:val="0"/>
          <w:sz w:val="20"/>
        </w:rPr>
        <w:t>Domicilio:</w:t>
      </w:r>
    </w:p>
    <w:p/>
    <w:p>
      <w:r>
        <w:rPr>
          <w:b/>
          <w:sz w:val="20"/>
        </w:rPr>
        <w:t>EXPONE</w:t>
      </w:r>
    </w:p>
    <w:p>
      <w:r>
        <w:rPr>
          <w:b w:val="0"/>
          <w:sz w:val="20"/>
        </w:rPr>
        <w:t>Que ha venido desempeñando el cargo de Administrador/Administrador Único/Administrador Solidario/Administrador Mancomunado/Consejero de la mercantil arriba indicada desde su nombramiento, aceptando en su día las obligaciones inherentes al mismo.</w:t>
      </w:r>
    </w:p>
    <w:p>
      <w:r>
        <w:rPr>
          <w:b w:val="0"/>
          <w:sz w:val="20"/>
        </w:rPr>
        <w:t>Que, por motivos personales y/o profesionales, ha decidido presentar su renuncia irrevocable al cargo que ocupa en la citada sociedad, poniendo fin a todas las funciones y responsabilidades asociadas al mismo.</w:t>
      </w:r>
    </w:p>
    <w:p>
      <w:r>
        <w:rPr>
          <w:b w:val="0"/>
          <w:sz w:val="20"/>
        </w:rPr>
        <w:t>Que no existe obstáculo legal ni estatutario que impida la renuncia, y se compromete a colaborar en lo necesario para facilitar la transición y el buen funcionamiento de la sociedad.</w:t>
      </w:r>
    </w:p>
    <w:p/>
    <w:p>
      <w:r>
        <w:rPr>
          <w:b/>
          <w:sz w:val="20"/>
        </w:rPr>
        <w:t>Por todo lo expuesto,</w:t>
      </w:r>
    </w:p>
    <w:p>
      <w:r>
        <w:rPr>
          <w:b w:val="0"/>
          <w:sz w:val="20"/>
        </w:rPr>
        <w:t>COMUNICA Y FORMALIZA SU RENUNCIA al cargo de Administrador/Consejero de la sociedad indicada, con efectos desde la recepción de la presente por parte del órgano de administración o, en su defecto, desde la fecha de entrega de este escrito en el domicilio social.</w:t>
      </w:r>
    </w:p>
    <w:p>
      <w:r>
        <w:rPr>
          <w:b w:val="0"/>
          <w:sz w:val="20"/>
        </w:rPr>
        <w:t>Solicita que se tenga por presentada la presente renuncia, se proceda a su aceptación y se practiquen las inscripciones correspondientes ante el Registro Mercantil, así como a la notificación al resto de socios y, en su caso, a la publicación en el BORME conforme a la legislación vigente.</w:t>
      </w:r>
    </w:p>
    <w:p/>
    <w:p>
      <w:r>
        <w:rPr>
          <w:b w:val="0"/>
          <w:sz w:val="20"/>
        </w:rPr>
        <w:t>Sin otro particular, queda a su disposición para cualquier aclaración o gestión necesaria.</w:t>
      </w:r>
    </w:p>
    <w:p/>
    <w:p/>
    <w:p>
      <w:r>
        <w:rPr>
          <w:b/>
          <w:sz w:val="20"/>
        </w:rPr>
        <w:t>EL/LA ADMINISTRADOR/A SALIENTE</w:t>
      </w:r>
    </w:p>
    <w:p/>
    <w:p/>
    <w:p/>
    <w:p>
      <w:r>
        <w:rPr>
          <w:b w:val="0"/>
          <w:sz w:val="20"/>
        </w:rPr>
        <w:t>Firma:</w:t>
      </w:r>
    </w:p>
    <w:p>
      <w:r>
        <w:br w:type="page"/>
      </w:r>
    </w:p>
    <w:p>
      <w:pPr>
        <w:jc w:val="center"/>
      </w:pPr>
      <w:r>
        <w:rPr>
          <w:color w:val="555555"/>
          <w:sz w:val="24"/>
        </w:rPr>
        <w:t>Fuente original del documento:</w:t>
      </w:r>
    </w:p>
    <w:p>
      <w:pPr>
        <w:jc w:val="center"/>
      </w:pPr>
      <w:hyperlink r:id="rId9">
        <w:r>
          <w:rPr>
            <w:color w:val="0000FF"/>
            <w:u w:val="single"/>
          </w:rPr>
          <w:t>https://experto-renuncias.com/renuncia-administrador-sociedad-limitada/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https://experto-renuncias.com</w:t>
        </w:r>
      </w:hyperlink>
    </w:p>
    <w:p>
      <w:pPr>
        <w:jc w:val="center"/>
      </w:pPr>
      <w:r>
        <w:rPr>
          <w:color w:val="808080"/>
          <w:sz w:val="20"/>
        </w:rPr>
        <w:t>Plantilla de uso personal y gratuito. Prohibido su uso comercial.</w:t>
        <w:br/>
        <w:t>Si se comparte o publica, debe mencionarse la fuente. © experto-renuncias.com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nuncias.com/renuncia-administrador-sociedad-limitada/" TargetMode="External"/><Relationship Id="rId10" Type="http://schemas.openxmlformats.org/officeDocument/2006/relationships/hyperlink" Target="https://experto-renunci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