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RENUNCIA EXPRESA A ACCIONES CIVILES Y PENALES</w:t>
      </w:r>
    </w:p>
    <w:p/>
    <w:p>
      <w:r>
        <w:rPr>
          <w:b/>
          <w:sz w:val="20"/>
        </w:rPr>
        <w:t>D./Dña. _____________________________________________________________</w:t>
      </w:r>
    </w:p>
    <w:p>
      <w:r>
        <w:rPr>
          <w:b w:val="0"/>
          <w:sz w:val="20"/>
        </w:rPr>
        <w:t>con DNI/NIE número _________________________, mayor de edad, con domicilio en __________________________________________________________.</w:t>
      </w:r>
    </w:p>
    <w:p/>
    <w:p>
      <w:r>
        <w:rPr>
          <w:b/>
          <w:sz w:val="20"/>
        </w:rPr>
        <w:t>EXPONE:</w:t>
      </w:r>
    </w:p>
    <w:p>
      <w:r>
        <w:rPr>
          <w:b w:val="0"/>
          <w:sz w:val="20"/>
        </w:rPr>
        <w:t>Que, con fecha _________________________, ha mantenido una relación, acuerdo, contrato, litigio o conflicto con D./Dña. _____________________________________________________________, con DNI/NIE número _________________________, en relación a _____________________________________________________________________________________________________________________________.</w:t>
      </w:r>
    </w:p>
    <w:p>
      <w:r>
        <w:rPr>
          <w:b w:val="0"/>
          <w:sz w:val="20"/>
        </w:rPr>
        <w:t>Que, tras haber llegado a un acuerdo de resolución, satisfacción, desistimiento, finiquito o cualquier otra fórmula de terminación del presente conflicto, la parte firmante MANIFIESTA su voluntad de RENUNCIAR de forma expresa, voluntaria y definitiva a ejercitar cualquier tipo de acción civil y penal que pudiera corresponderle contra la otra parte en relación con los hechos, derechos, relaciones o controversias derivadas o relacionadas con el asunto antes referido.</w:t>
      </w:r>
    </w:p>
    <w:p>
      <w:r>
        <w:rPr>
          <w:b w:val="0"/>
          <w:sz w:val="20"/>
        </w:rPr>
        <w:t>La presente renuncia se extiende a toda reclamación, demanda, denuncia, querella, procedimiento judicial o extrajudicial, tanto presente como futura, que pudiera derivarse de los hechos objeto de la relación mencionada, declarando estar plenamente satisfecho/a y no tener nada más que reclamar por ningún concepto, causa o motivo.</w:t>
      </w:r>
    </w:p>
    <w:p>
      <w:r>
        <w:rPr>
          <w:b w:val="0"/>
          <w:sz w:val="20"/>
        </w:rPr>
        <w:t>Asimismo, reconoce que la presente renuncia se realiza con pleno conocimiento de su alcance y consecuencias legales, sin que medie error, dolo, violencia o intimidación alguna, y que no existe reserva de derechos ni acciones de ninguna naturaleza frente a la otra parte.</w:t>
      </w:r>
    </w:p>
    <w:p/>
    <w:p>
      <w:r>
        <w:rPr>
          <w:b w:val="0"/>
          <w:sz w:val="20"/>
        </w:rPr>
        <w:t>Y para que así conste y surta los efectos oportunos, firma el presente documento en duplicado ejemplar, quedando un original en poder de cada una de las partes.</w:t>
      </w:r>
    </w:p>
    <w:p/>
    <w:p/>
    <w:p/>
    <w:p>
      <w:r>
        <w:rPr>
          <w:b w:val="0"/>
          <w:sz w:val="20"/>
        </w:rPr>
        <w:t>Firma:</w:t>
      </w:r>
    </w:p>
    <w:p/>
    <w:p/>
    <w:p>
      <w:r>
        <w:rPr>
          <w:b w:val="0"/>
          <w:sz w:val="20"/>
        </w:rPr>
        <w:t>Nombre: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https://experto-renuncias.com/renuncia-acciones-civiles-y-penales/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https://experto-renuncias.com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experto-renuncias.com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renuncias.com/renuncia-acciones-civiles-y-penales/" TargetMode="External"/><Relationship Id="rId10" Type="http://schemas.openxmlformats.org/officeDocument/2006/relationships/hyperlink" Target="https://experto-renuncia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