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8"/>
        </w:rPr>
        <w:t>RENUNCIA AL NOMBRAMIENTO DE ABOGADO DE OFICIO</w:t>
      </w:r>
    </w:p>
    <w:p/>
    <w:p>
      <w:r>
        <w:rPr>
          <w:b w:val="0"/>
          <w:sz w:val="20"/>
        </w:rPr>
        <w:t>D./Dña.: _____________________________________________________________</w:t>
      </w:r>
    </w:p>
    <w:p>
      <w:r>
        <w:rPr>
          <w:b w:val="0"/>
          <w:sz w:val="20"/>
        </w:rPr>
        <w:t>DNI/NIE: ___________________________</w:t>
      </w:r>
    </w:p>
    <w:p>
      <w:r>
        <w:rPr>
          <w:b w:val="0"/>
          <w:sz w:val="20"/>
        </w:rPr>
        <w:t>Domicilio: ___________________________________________________________</w:t>
      </w:r>
    </w:p>
    <w:p>
      <w:r>
        <w:rPr>
          <w:b w:val="0"/>
          <w:sz w:val="20"/>
        </w:rPr>
        <w:t>Localidad: ___________________________    Teléfono: ___________________________</w:t>
      </w:r>
    </w:p>
    <w:p/>
    <w:p>
      <w:r>
        <w:rPr>
          <w:b w:val="0"/>
          <w:sz w:val="20"/>
        </w:rPr>
        <w:t>Ilustre Colegio de Abogados de ________________________________________</w:t>
      </w:r>
    </w:p>
    <w:p/>
    <w:p>
      <w:r>
        <w:rPr>
          <w:b/>
          <w:sz w:val="20"/>
        </w:rPr>
        <w:t>EXPONE</w:t>
      </w:r>
    </w:p>
    <w:p>
      <w:r>
        <w:rPr>
          <w:b w:val="0"/>
          <w:sz w:val="20"/>
        </w:rPr>
        <w:t>Que le fue designado Abogado de Oficio en el procedimiento seguido ante el Juzgado de ________________________________, con número de autos ______________________, en calidad de ____________________________________________________________.</w:t>
      </w:r>
    </w:p>
    <w:p>
      <w:r>
        <w:rPr>
          <w:b w:val="0"/>
          <w:sz w:val="20"/>
        </w:rPr>
        <w:t>Que, por motivos personales y tras valorar la situación, ha decidido renunciar expresamente a la asistencia y representación del Abogado de Oficio designado, asumiendo las consecuencias legales derivadas de esta decisión.</w:t>
      </w:r>
    </w:p>
    <w:p>
      <w:r>
        <w:rPr>
          <w:b w:val="0"/>
          <w:sz w:val="20"/>
        </w:rPr>
        <w:t>Que manifiesta su voluntad de prescindir del beneficio de justicia gratuita en lo que respecta a la designación de Abogado de Oficio para el mencionado procedimiento, dejando sin efecto el nombramiento realizado por el Ilustre Colegio de Abogados.</w:t>
      </w:r>
    </w:p>
    <w:p/>
    <w:p>
      <w:r>
        <w:rPr>
          <w:b/>
          <w:sz w:val="20"/>
        </w:rPr>
        <w:t>SOLICITA</w:t>
      </w:r>
    </w:p>
    <w:p>
      <w:r>
        <w:rPr>
          <w:b w:val="0"/>
          <w:sz w:val="20"/>
        </w:rPr>
        <w:t>Que se tenga por presentada la presente renuncia y, en su virtud, se deje sin efecto la designación de Abogado de Oficio realizada en su favor para el procedimiento referido.</w:t>
      </w:r>
    </w:p>
    <w:p/>
    <w:p>
      <w:r>
        <w:rPr>
          <w:b w:val="0"/>
          <w:sz w:val="20"/>
        </w:rPr>
        <w:t>En ________________________________</w:t>
      </w:r>
    </w:p>
    <w:p/>
    <w:p/>
    <w:p>
      <w:r>
        <w:rPr>
          <w:b w:val="0"/>
          <w:sz w:val="20"/>
        </w:rPr>
        <w:t>Firma:</w:t>
      </w:r>
    </w:p>
    <w:p/>
    <w:p/>
    <w:p/>
    <w:p>
      <w:r>
        <w:rPr>
          <w:b w:val="0"/>
          <w:sz w:val="20"/>
        </w:rPr>
        <w:t>Fdo.: ________________________________________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Fuente original del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https://experto-renuncias.com/renuncia-abogado-de-oficio/</w:t>
        </w:r>
      </w:hyperlink>
    </w:p>
    <w:p>
      <w:pPr>
        <w:jc w:val="center"/>
      </w:pPr>
      <w:r>
        <w:rPr>
          <w:color w:val="555555"/>
          <w:sz w:val="26"/>
        </w:rPr>
        <w:t>¿Te ha resultado útil esta plantilla?</w:t>
      </w:r>
    </w:p>
    <w:p>
      <w:pPr>
        <w:jc w:val="center"/>
      </w:pPr>
      <w:r>
        <w:rPr>
          <w:color w:val="555555"/>
          <w:sz w:val="26"/>
        </w:rPr>
        <w:t>Descubre más documentos actualizados en: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https://experto-renuncias.com</w:t>
        </w:r>
      </w:hyperlink>
    </w:p>
    <w:p>
      <w:pPr>
        <w:jc w:val="center"/>
      </w:pPr>
      <w:r>
        <w:rPr>
          <w:color w:val="808080"/>
          <w:sz w:val="20"/>
        </w:rPr>
        <w:t>Plantilla de uso personal y gratuito. Prohibido su uso comercial.</w:t>
        <w:br/>
        <w:t>Si se comparte o publica, debe mencionarse la fuente. © experto-renuncias.com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experto-renuncias.com/renuncia-abogado-de-oficio/" TargetMode="External"/><Relationship Id="rId10" Type="http://schemas.openxmlformats.org/officeDocument/2006/relationships/hyperlink" Target="https://experto-renuncia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