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RENUNCIA A RECLAMACIONES FUTURAS</w:t>
      </w:r>
    </w:p>
    <w:p/>
    <w:p/>
    <w:p>
      <w:r>
        <w:rPr>
          <w:b w:val="0"/>
          <w:sz w:val="20"/>
        </w:rPr>
        <w:t>D./Dña.: _____________________________________________________________</w:t>
      </w:r>
    </w:p>
    <w:p>
      <w:r>
        <w:rPr>
          <w:b w:val="0"/>
          <w:sz w:val="20"/>
        </w:rPr>
        <w:t>DNI/NIE: ____________________________</w:t>
      </w:r>
    </w:p>
    <w:p>
      <w:r>
        <w:rPr>
          <w:b w:val="0"/>
          <w:sz w:val="20"/>
        </w:rPr>
        <w:t>Domicilio: __________________________________________________________</w:t>
      </w:r>
    </w:p>
    <w:p>
      <w:r>
        <w:rPr>
          <w:b w:val="0"/>
          <w:sz w:val="20"/>
        </w:rPr>
        <w:t>Teléfono: ___________________________</w:t>
      </w:r>
    </w:p>
    <w:p/>
    <w:p>
      <w:r>
        <w:rPr>
          <w:b/>
          <w:sz w:val="20"/>
        </w:rPr>
        <w:t>A favor de:</w:t>
      </w:r>
    </w:p>
    <w:p>
      <w:r>
        <w:rPr>
          <w:b w:val="0"/>
          <w:sz w:val="20"/>
        </w:rPr>
        <w:t>Nombre/Razón social: ________________________________________________</w:t>
      </w:r>
    </w:p>
    <w:p>
      <w:r>
        <w:rPr>
          <w:b w:val="0"/>
          <w:sz w:val="20"/>
        </w:rPr>
        <w:t>CIF/NIF: ___________________________</w:t>
      </w:r>
    </w:p>
    <w:p>
      <w:r>
        <w:rPr>
          <w:b w:val="0"/>
          <w:sz w:val="20"/>
        </w:rPr>
        <w:t>Domicilio social: ___________________________________________________</w:t>
      </w:r>
    </w:p>
    <w:p/>
    <w:p/>
    <w:p>
      <w:r>
        <w:rPr>
          <w:b/>
          <w:sz w:val="20"/>
        </w:rPr>
        <w:t>EXPONE</w:t>
      </w:r>
    </w:p>
    <w:p>
      <w:r>
        <w:rPr>
          <w:b w:val="0"/>
          <w:sz w:val="20"/>
        </w:rPr>
        <w:t>Que ambas partes han mantenido una relación contractual y/o han mantenido reclamaciones relativas a dicha relación, habiéndose alcanzado un acuerdo satisfactorio para ambas partes por el que se considera resuelta cualquier controversia o reclamación derivada de la citada relación.</w:t>
      </w:r>
    </w:p>
    <w:p>
      <w:r>
        <w:rPr>
          <w:b w:val="0"/>
          <w:sz w:val="20"/>
        </w:rPr>
        <w:t>Que, habiendo recibido íntegramente las cantidades, bienes, servicios o prestaciones objeto de la reclamación, y no teniendo nada más que reclamar ni exigir, el abajo firmante manifiesta expresamente su voluntad de renunciar a cualquier acción, reclamación o derecho presente o futuro, judicial o extrajudicial, que pudiera corresponderle contra la entidad arriba indicada en relación con los hechos, relación o contrato que ha motivado la reclamación.</w:t>
      </w:r>
    </w:p>
    <w:p>
      <w:r>
        <w:rPr>
          <w:b w:val="0"/>
          <w:sz w:val="20"/>
        </w:rPr>
        <w:t>La presente renuncia tiene carácter total, irrevocable y definitivo, alcanzando a todas las posibles acciones, reclamaciones, derechos o pretensiones de cualquier naturaleza que pudieran derivarse, directa o indirectamente, del asunto que ha sido objeto de acuerdo y resolución.</w:t>
      </w:r>
    </w:p>
    <w:p>
      <w:r>
        <w:rPr>
          <w:b w:val="0"/>
          <w:sz w:val="20"/>
        </w:rPr>
        <w:t>Asimismo, declara haber sido debidamente informado y asesorado sobre el alcance de la presente renuncia, siendo su voluntad libre y consciente, sin que medie error, dolo o coacción alguna.</w:t>
      </w:r>
    </w:p>
    <w:p>
      <w:r>
        <w:rPr>
          <w:b w:val="0"/>
          <w:sz w:val="20"/>
        </w:rPr>
        <w:t>La presente renuncia se otorga para que surta los efectos legales oportunos ante quien corresponda.</w:t>
      </w:r>
    </w:p>
    <w:p/>
    <w:p/>
    <w:p>
      <w:r>
        <w:rPr>
          <w:b/>
          <w:sz w:val="20"/>
        </w:rPr>
        <w:t>El firmante,</w:t>
      </w:r>
    </w:p>
    <w:p/>
    <w:p/>
    <w:p/>
    <w:p/>
    <w:p>
      <w:r>
        <w:rPr>
          <w:b w:val="0"/>
          <w:sz w:val="20"/>
        </w:rPr>
        <w:t>Firma: ____________________________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https://experto-renuncias.com/renuncia-a-reclamaciones-futuras/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https://experto-renuncias.com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experto-renuncias.com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renuncias.com/renuncia-a-reclamaciones-futuras/" TargetMode="External"/><Relationship Id="rId10" Type="http://schemas.openxmlformats.org/officeDocument/2006/relationships/hyperlink" Target="https://experto-renuncia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