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RENUNCIA A LA AFILIACIÓN SINDICAL</w:t>
      </w:r>
    </w:p>
    <w:p/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Secretaría del Sindicato ____________________________________________</w:t>
      </w:r>
    </w:p>
    <w:p>
      <w:r>
        <w:rPr>
          <w:b w:val="0"/>
          <w:sz w:val="20"/>
        </w:rPr>
        <w:t>Domicilio del sindicato: ___________________________________________</w:t>
      </w:r>
    </w:p>
    <w:p/>
    <w:p/>
    <w:p>
      <w:r>
        <w:rPr>
          <w:b/>
          <w:sz w:val="20"/>
        </w:rPr>
        <w:t>Yo, D./Dña. _______________________________________________________</w:t>
      </w:r>
    </w:p>
    <w:p>
      <w:r>
        <w:rPr>
          <w:b w:val="0"/>
          <w:sz w:val="20"/>
        </w:rPr>
        <w:t>con DNI/NIE número ______________________, con domicilio en ________________________________</w:t>
      </w:r>
    </w:p>
    <w:p>
      <w:r>
        <w:rPr>
          <w:b w:val="0"/>
          <w:sz w:val="20"/>
        </w:rPr>
        <w:t>y afiliado/a a ese sindicato desde la fecha ________________________</w:t>
      </w:r>
    </w:p>
    <w:p/>
    <w:p/>
    <w:p>
      <w:r>
        <w:rPr>
          <w:b w:val="0"/>
          <w:sz w:val="20"/>
        </w:rPr>
        <w:t>Por medio de la presente, comunico mi decisión de RENUNCIAR de forma voluntaria a mi condición de afiliado/a a ese sindicato, con efectos inmediatos desde la recepción de esta carta.</w:t>
      </w:r>
    </w:p>
    <w:p/>
    <w:p>
      <w:r>
        <w:rPr>
          <w:b w:val="0"/>
          <w:sz w:val="20"/>
        </w:rPr>
        <w:t>Solicito que se proceda a darme de baja en todos los registros y ficheros del sindicato, y se interrumpa cualquier descuento de la cuota sindical en mi nómina, en caso de que se esté realizando.</w:t>
      </w:r>
    </w:p>
    <w:p/>
    <w:p>
      <w:r>
        <w:rPr>
          <w:b w:val="0"/>
          <w:sz w:val="20"/>
        </w:rPr>
        <w:t>Agradezco la labor realizada por el sindicato durante el tiempo de mi afiliación y les ruego acusen recibo de esta comunicación por escrito.</w:t>
      </w:r>
    </w:p>
    <w:p/>
    <w:p/>
    <w:p>
      <w:r>
        <w:rPr>
          <w:b w:val="0"/>
          <w:sz w:val="20"/>
        </w:rPr>
        <w:t>Sin otro particular, reciban un cordial saludo.</w:t>
      </w:r>
    </w:p>
    <w:p/>
    <w:p/>
    <w:p/>
    <w:p>
      <w:r>
        <w:rPr>
          <w:b w:val="0"/>
          <w:sz w:val="20"/>
        </w:rPr>
        <w:t>Firma: ___________________________________</w:t>
      </w:r>
    </w:p>
    <w:p/>
    <w:p/>
    <w:p>
      <w:r>
        <w:rPr>
          <w:b w:val="0"/>
          <w:sz w:val="20"/>
        </w:rPr>
        <w:t>Nombre: __________________________________</w:t>
      </w:r>
    </w:p>
    <w:p>
      <w:r>
        <w:rPr>
          <w:b w:val="0"/>
          <w:sz w:val="20"/>
        </w:rPr>
        <w:t>DNI/NIE: 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https://experto-renuncias.com/carta-renuncia-sindicato/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carta-renuncia-sindicato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