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CARTA DE RENUNCIA AL PAGO DE PAGARÉ EXTRAVIADO</w:t>
      </w:r>
    </w:p>
    <w:p/>
    <w:p>
      <w:r>
        <w:rPr>
          <w:b w:val="0"/>
          <w:sz w:val="20"/>
        </w:rPr>
        <w:t>A la atención de:</w:t>
      </w:r>
    </w:p>
    <w:p>
      <w:r>
        <w:rPr>
          <w:b w:val="0"/>
          <w:sz w:val="20"/>
        </w:rPr>
        <w:t>Entidad/Banco: _____________________________________________________</w:t>
      </w:r>
    </w:p>
    <w:p>
      <w:r>
        <w:rPr>
          <w:b w:val="0"/>
          <w:sz w:val="20"/>
        </w:rPr>
        <w:t>Sucursal: _________________________________________________________</w:t>
      </w:r>
    </w:p>
    <w:p>
      <w:r>
        <w:rPr>
          <w:b w:val="0"/>
          <w:sz w:val="20"/>
        </w:rPr>
        <w:t>Dirección: ________________________________________________________</w:t>
      </w:r>
    </w:p>
    <w:p/>
    <w:p>
      <w:r>
        <w:rPr>
          <w:b w:val="0"/>
          <w:sz w:val="20"/>
        </w:rPr>
        <w:t>De:</w:t>
      </w:r>
    </w:p>
    <w:p>
      <w:r>
        <w:rPr>
          <w:b w:val="0"/>
          <w:sz w:val="20"/>
        </w:rPr>
        <w:t>Nombre o razón social: ____________________________________________</w:t>
      </w:r>
    </w:p>
    <w:p>
      <w:r>
        <w:rPr>
          <w:b w:val="0"/>
          <w:sz w:val="20"/>
        </w:rPr>
        <w:t>DNI/NIF: __________________________</w:t>
      </w:r>
    </w:p>
    <w:p>
      <w:r>
        <w:rPr>
          <w:b w:val="0"/>
          <w:sz w:val="20"/>
        </w:rPr>
        <w:t>Domicilio: _______________________________________________________</w:t>
      </w:r>
    </w:p>
    <w:p/>
    <w:p>
      <w:r>
        <w:rPr>
          <w:b/>
          <w:sz w:val="20"/>
        </w:rPr>
        <w:t>Muy señores míos:</w:t>
      </w:r>
    </w:p>
    <w:p/>
    <w:p>
      <w:r>
        <w:rPr>
          <w:b w:val="0"/>
          <w:sz w:val="20"/>
        </w:rPr>
        <w:t>Por la presente, comunico que he extraviado el pagaré cuya información se detalla a continuación, del cual soy legítimo tenedor.</w:t>
      </w:r>
    </w:p>
    <w:p/>
    <w:p>
      <w:r>
        <w:rPr>
          <w:b/>
          <w:sz w:val="20"/>
        </w:rPr>
        <w:t>Datos del pagaré:</w:t>
      </w:r>
    </w:p>
    <w:p>
      <w:r>
        <w:rPr>
          <w:b w:val="0"/>
          <w:sz w:val="20"/>
        </w:rPr>
        <w:t>Número de pagaré: ________________________________________________</w:t>
      </w:r>
    </w:p>
    <w:p>
      <w:r>
        <w:rPr>
          <w:b w:val="0"/>
          <w:sz w:val="20"/>
        </w:rPr>
        <w:t>Importe: ________________________________________________________</w:t>
      </w:r>
    </w:p>
    <w:p>
      <w:r>
        <w:rPr>
          <w:b w:val="0"/>
          <w:sz w:val="20"/>
        </w:rPr>
        <w:t>Fecha de emisión: _______________________________________________</w:t>
      </w:r>
    </w:p>
    <w:p>
      <w:r>
        <w:rPr>
          <w:b w:val="0"/>
          <w:sz w:val="20"/>
        </w:rPr>
        <w:t>Fecha de vencimiento: ___________________________________________</w:t>
      </w:r>
    </w:p>
    <w:p>
      <w:r>
        <w:rPr>
          <w:b w:val="0"/>
          <w:sz w:val="20"/>
        </w:rPr>
        <w:t>Librado por: ____________________________________________________</w:t>
      </w:r>
    </w:p>
    <w:p>
      <w:r>
        <w:rPr>
          <w:b w:val="0"/>
          <w:sz w:val="20"/>
        </w:rPr>
        <w:t>Domiciliado en: _________________________________________________</w:t>
      </w:r>
    </w:p>
    <w:p/>
    <w:p>
      <w:r>
        <w:rPr>
          <w:b w:val="0"/>
          <w:sz w:val="20"/>
        </w:rPr>
        <w:t>Declaro expresamente que renuncio irrevocablemente a cualquier derecho de cobro y/o reclamación derivado de dicho pagaré extraviado, así como a cualquier acción que pudiera ejercer frente a la entidad librada o frente a terceros en relación con el citado título, liberando de toda responsabilidad a la entidad de crédito ante la eventual presentación o pago del mismo por persona distinta a mi persona.</w:t>
      </w:r>
    </w:p>
    <w:p/>
    <w:p>
      <w:r>
        <w:rPr>
          <w:b w:val="0"/>
          <w:sz w:val="20"/>
        </w:rPr>
        <w:t>Asimismo, me comprometo a no exigir el pago del pagaré aquí referenciado y a mantener indemne a la entidad de cualquier reclamación que pudiera derivarse en el futuro como consecuencia del extravío y de la renuncia aquí efectuada.</w:t>
      </w:r>
    </w:p>
    <w:p/>
    <w:p>
      <w:r>
        <w:rPr>
          <w:b w:val="0"/>
          <w:sz w:val="20"/>
        </w:rPr>
        <w:t>Para que así conste, firmo la presente carta de renuncia en el lugar y fecha indicados a continuación.</w:t>
      </w:r>
    </w:p>
    <w:p/>
    <w:p/>
    <w:p>
      <w:r>
        <w:rPr>
          <w:b w:val="0"/>
          <w:sz w:val="20"/>
        </w:rPr>
        <w:t>Lugar: _________________________________</w:t>
      </w:r>
    </w:p>
    <w:p>
      <w:r>
        <w:rPr>
          <w:b w:val="0"/>
          <w:sz w:val="20"/>
        </w:rPr>
        <w:t>Firma: _________________________________</w:t>
      </w:r>
    </w:p>
    <w:p/>
    <w:p/>
    <w:p/>
    <w:p>
      <w:r>
        <w:rPr>
          <w:b w:val="0"/>
          <w:sz w:val="20"/>
        </w:rPr>
        <w:t>Nombre: ________________________________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https://experto-renuncias.com/carta-renuncia-pagare-extraviado/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https://experto-renuncias.com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experto-renuncias.com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nuncias.com/carta-renuncia-pagare-extraviado/" TargetMode="External"/><Relationship Id="rId10" Type="http://schemas.openxmlformats.org/officeDocument/2006/relationships/hyperlink" Target="https://experto-renuncia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