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CARTA DE RENUNCIA AL CARGO DE PRESIDENTE</w:t>
      </w:r>
    </w:p>
    <w:p/>
    <w:p/>
    <w:p>
      <w:r>
        <w:rPr>
          <w:b w:val="0"/>
          <w:sz w:val="20"/>
        </w:rPr>
        <w:t>A la atención de la Junta Directiva de</w:t>
      </w:r>
    </w:p>
    <w:p>
      <w:r>
        <w:rPr>
          <w:b w:val="0"/>
          <w:sz w:val="20"/>
        </w:rPr>
        <w:t>_____________________________________________________________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Yo, D./Dña. _____________________________________________________________</w:t>
      </w:r>
    </w:p>
    <w:p>
      <w:r>
        <w:rPr>
          <w:b w:val="0"/>
          <w:sz w:val="20"/>
        </w:rPr>
        <w:t>con DNI/NIE número ____________________________ y domicilio en ____________________________</w:t>
      </w:r>
    </w:p>
    <w:p>
      <w:r>
        <w:rPr>
          <w:b w:val="0"/>
          <w:sz w:val="20"/>
        </w:rPr>
      </w:r>
    </w:p>
    <w:p>
      <w:r>
        <w:rPr>
          <w:b w:val="0"/>
          <w:sz w:val="20"/>
        </w:rPr>
        <w:t>Por la presente comunico mi decisión irrevocable de renunciar al cargo de Presidente de la entidad arriba mencionada, con efectos a partir de la fecha de presentación de esta carta ante la Junta Directiva.</w:t>
      </w:r>
    </w:p>
    <w:p>
      <w:r>
        <w:rPr>
          <w:b w:val="0"/>
          <w:sz w:val="20"/>
        </w:rPr>
        <w:t>La presente renuncia obedece a motivos estrictamente personales y se realiza en cumplimiento de lo dispuesto en los Estatutos y la normativa aplicable, rogando sea aceptada de forma inmediata y se proceda a la tramitación de las actuaciones oportunas para la designación de un nuevo Presidente.</w:t>
      </w:r>
    </w:p>
    <w:p>
      <w:r>
        <w:rPr>
          <w:b w:val="0"/>
          <w:sz w:val="20"/>
        </w:rPr>
        <w:t>Durante el tiempo que he desempeñado este cargo, he tratado de cumplir con las responsabilidades inherentes al mismo, velando en todo momento por el buen funcionamiento y desarrollo de la entidad.</w:t>
      </w:r>
    </w:p>
    <w:p>
      <w:r>
        <w:rPr>
          <w:b w:val="0"/>
          <w:sz w:val="20"/>
        </w:rPr>
        <w:t>Agradezco la confianza depositada en mi persona y la colaboración recibida por parte de los miembros de la Junta Directiva, asociados y empleados.</w:t>
      </w:r>
    </w:p>
    <w:p>
      <w:r>
        <w:rPr>
          <w:b w:val="0"/>
          <w:sz w:val="20"/>
        </w:rPr>
        <w:t>Quedo a disposición de la entidad para colaborar en el traspaso de funciones y en aquello que se considere necesario para facilitar la transición.</w:t>
      </w:r>
    </w:p>
    <w:p/>
    <w:p/>
    <w:p>
      <w:r>
        <w:rPr>
          <w:b w:val="0"/>
          <w:sz w:val="20"/>
        </w:rPr>
        <w:t>Sin otro particular, reciban un cordial saludo.</w:t>
      </w:r>
    </w:p>
    <w:p/>
    <w:p/>
    <w:p/>
    <w:p/>
    <w:p>
      <w:r>
        <w:rPr>
          <w:b w:val="0"/>
          <w:sz w:val="20"/>
        </w:rPr>
        <w:t>Firma: _________________________</w:t>
      </w:r>
    </w:p>
    <w:p/>
    <w:p>
      <w:r>
        <w:rPr>
          <w:b w:val="0"/>
          <w:sz w:val="20"/>
        </w:rPr>
        <w:t>Nombre: _______________________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https://experto-renuncias.com/carta-renuncia-cargo-presidente/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https://experto-renuncias.com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experto-renuncias.com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renuncias.com/carta-renuncia-cargo-presidente/" TargetMode="External"/><Relationship Id="rId10" Type="http://schemas.openxmlformats.org/officeDocument/2006/relationships/hyperlink" Target="https://experto-renuncia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