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RENUNCIA AL CARGO DE PRESIDENTE DE UNA ASOCIACIÓN</w:t>
      </w:r>
    </w:p>
    <w:p/>
    <w:p/>
    <w:p>
      <w:r>
        <w:rPr>
          <w:b w:val="0"/>
          <w:sz w:val="20"/>
        </w:rPr>
        <w:t>A la Junta Directiva de la Asociación:</w:t>
      </w:r>
    </w:p>
    <w:p/>
    <w:p/>
    <w:p>
      <w:r>
        <w:rPr>
          <w:b w:val="0"/>
          <w:sz w:val="20"/>
        </w:rPr>
        <w:t>Yo,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con DNI/NIE número ____________________________, en calidad de Presidente/a de la Asociación ________________________________________________________________, mediante la presente comunico mi decisión irrevocable de renunciar al cargo de Presidente/a de la citada Asociación.</w:t>
      </w:r>
    </w:p>
    <w:p/>
    <w:p>
      <w:r>
        <w:rPr>
          <w:b w:val="0"/>
          <w:sz w:val="20"/>
        </w:rPr>
        <w:t>Mi renuncia tiene efectos a partir de la comunicación de esta carta, siendo consciente de las obligaciones legales y estatutarias que conlleva el proceso de cese en el cargo.</w:t>
      </w:r>
    </w:p>
    <w:p/>
    <w:p>
      <w:r>
        <w:rPr>
          <w:b w:val="0"/>
          <w:sz w:val="20"/>
        </w:rPr>
        <w:t>Agradezco a la Junta Directiva y a los socios la confianza depositada en mi persona durante el tiempo en que he desempeñado esta responsabilidad. Quedo a disposición de la Asociación para colaborar en las tareas necesarias para el traspaso de funciones y facilitar una transición ordenada, conforme a lo establecido en los estatutos y la normativa vigente.</w:t>
      </w:r>
    </w:p>
    <w:p/>
    <w:p>
      <w:r>
        <w:rPr>
          <w:b w:val="0"/>
          <w:sz w:val="20"/>
        </w:rPr>
        <w:t>Ruego se proceda a realizar las gestiones oportunas para formalizar mi cese y para la designación de la persona que deba asumir la presidencia, conforme a lo dispuesto en los estatutos de la Asociación.</w:t>
      </w:r>
    </w:p>
    <w:p/>
    <w:p/>
    <w:p>
      <w:r>
        <w:rPr>
          <w:b w:val="0"/>
          <w:sz w:val="20"/>
        </w:rPr>
        <w:t>Atentamente,</w:t>
      </w:r>
    </w:p>
    <w:p/>
    <w:p/>
    <w:p/>
    <w:p/>
    <w:p>
      <w:r>
        <w:rPr>
          <w:b w:val="0"/>
          <w:sz w:val="20"/>
        </w:rPr>
        <w:t>Firma: _______________________________</w:t>
      </w:r>
    </w:p>
    <w:p/>
    <w:p>
      <w:r>
        <w:rPr>
          <w:b w:val="0"/>
          <w:sz w:val="20"/>
        </w:rPr>
        <w:t>Nombre: _______________________________</w:t>
      </w:r>
    </w:p>
    <w:p/>
    <w:p>
      <w:r>
        <w:rPr>
          <w:b w:val="0"/>
          <w:sz w:val="20"/>
        </w:rPr>
        <w:t>DNI/NIE: _______________________________</w:t>
      </w:r>
    </w:p>
    <w:p/>
    <w:p>
      <w:r>
        <w:rPr>
          <w:b w:val="0"/>
          <w:sz w:val="20"/>
        </w:rPr>
        <w:t>Presidente/a de la Asociación 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https://experto-renuncias.com/carta-de-renuncia-al-cargo-de-presidente-de-una-asociacion/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carta-de-renuncia-al-cargo-de-presidente-de-una-asociacion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